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0B2A5B"/>
          <w:sz w:val="40"/>
          <w:rtl/>
          <w:szCs w:val="40"/>
          <w:bCs/>
        </w:rPr>
        <w:t>קלפי שיח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רגע של חושך – ספרו, מי שרוצים, על רגע שבו היה קצת חשוך – ומה עזר לאור לחזור?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אור קטן – מה היה "אור קטן" שמישהו נתן לכם השבוע, אולי בלי לשים לב?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מעט אור – מה פירוש בעיניכם "מעט אור דוחה הרבה חושך"? תנו דוגמה מחיי הכיתה.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נר האומץ – איזה מעשה אמיץ קטן הייתם רוצים לעשות עד סוף החנוכה?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השמש שבינינו – מי בכיתה או בבית הספר מדליקים אחרים בלי לבקש תודה?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ערך אחד – איזה ערך מבין שמונת הנרות הכי חשוב לכם השנה – ולמה?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מנהג מהבית – איזה מנהג, מאכל או סיפור של חג אתם אוהבים? (אפשר גם חג אחר)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חנוכייה בחלון – איך הכיתה שלנו יכולה "להעמיד חנוכייה בחלון" ולהאיר החוצה?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שונים ויחד – מה מרוויחה כיתה שיש בה אנשים מרקעים ומנהגים שונים?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חלום של כסלו – על מה אתם חולמים לכיתה שלנו עד סוף השנה?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כד קטן – מתי משהו קטן שהיה לכם הספיק להרבה יותר ממה שחשבתם?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תודה בשקט – למי הייתם רוצים לכתוב פתק תודה – גם אם לא תשלחו אותו?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0B2A5B"/>
          <w:sz w:val="40"/>
          <w:rtl/>
          <w:szCs w:val="40"/>
          <w:bCs/>
        </w:rPr>
        <w:t>כרטיס יציאה – האור 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ערך אחד מתוך שמונת הנרות שהכי דיבר אליי: ____ כי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מעשה קטן של אור שאעשה השבוע: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מישהו/מישהי שאני רוצה להגיד לו/לה תודה: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משפט אחד שאני לוקח/ת מהטקס: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◯ 💡 מאיר לי מאוד  ◯ 🕯️ מאיר קצת  ◯ 🌑 עוד מחפש/ת את האור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קלפי שיח 3×4 וכרטיסי יציאה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