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🕎 הזמנה לטקס חנוכה – "אור של יחד"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לבני ובנות המשפחות היקרים, ולכל האנשים שאוהבים את התלמידות והתלמידים שלנו,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בחודש כסלו, כשהימים קצרים והלילות ארוכים, אנחנו מתכנסים כקהילה אחת כדי להדליק אור. התלמידות והתלמידים הכינו טקס שבו שמונה נרות מקבלים שמונה שמות של ערכים – אומץ, תקווה, נתינה, אחדות, חוסן, ענווה, הכרת תודה ואור לאחרים – ובו מערכון, שירה, קריאה קולית ומסורות חנוכה מקהילות רבות. נשמח מאוד שתהיו איתנו: הורים, סבים וסבתות, אחים ואחיות, דודים ודודות, משפחות אומנות ומאמצות, חברים קרובים – כל מי שמאיר את חייהם של הילדים שלנו.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תאריך: 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שעה: 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מקום: 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משך הטקס (כ־25 דקות): 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הגעה מומלצת (רבע שעה לפני): 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נגישות: 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מחכים לכם באור ובשמחה, תלמידות ותלמידי בית הספר והצוות החינוכי. חג אורים שמח!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מקומות נגישים שמורים בשורה הראשונה. מי שזקוקים להתאמה – אנא עדכנו את המחנכת או המחנך מראש.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הזמנה למשפחות – תבנית למילוי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