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/>
          <w:sz w:val="80"/>
          <w:rtl/>
          <w:szCs w:val="80"/>
        </w:rPr>
        <w:t>🛠️</w:t>
      </w:r>
    </w:p>
    <w:p>
      <w:pPr>
        <w:bidi/>
        <w:pStyle w:val="Title"/>
        <w:jc w:val="center"/>
      </w:pPr>
      <w:r>
        <w:rPr>
          <w:rFonts w:ascii="Arial" w:hAnsi="Arial" w:cs="Arial"/>
          <w:b/>
          <w:color w:val="0B2A5B"/>
          <w:sz w:val="48"/>
          <w:rtl/>
          <w:szCs w:val="48"/>
          <w:bCs/>
        </w:rPr>
        <w:t>ערכת הפקה: חזרות, בדיקות ותפאורה</w:t>
      </w:r>
    </w:p>
    <w:p>
      <w:pPr>
        <w:bidi/>
        <w:jc w:val="center"/>
      </w:pPr>
      <w:r>
        <w:rPr>
          <w:rFonts w:ascii="Arial" w:hAnsi="Arial" w:cs="Arial"/>
          <w:color w:val="555577"/>
          <w:sz w:val="28"/>
          <w:rtl/>
          <w:szCs w:val="28"/>
        </w:rPr>
        <w:t>שבועיים עד הטקס – צעד אחר צעד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👩‍🏫 למורה ולצוות ההפקה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מה בקובץ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לו״ז חזרות 10 ימים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רשימת בדיקה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תפאורה מחומרים ממוחזרים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0B2A5B"/>
          <w:sz w:val="40"/>
          <w:rtl/>
          <w:szCs w:val="40"/>
          <w:bCs/>
        </w:rPr>
        <w:t>חלק א׳ – לו״ז חזרות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BE6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יום</w:t>
            </w:r>
          </w:p>
        </w:tc>
        <w:tc>
          <w:tcPr>
            <w:tcW w:type="dxa" w:w="2606"/>
            <w:shd w:val="clear" w:fill="DBE6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נושא</w:t>
            </w:r>
          </w:p>
        </w:tc>
        <w:tc>
          <w:tcPr>
            <w:tcW w:type="dxa" w:w="2606"/>
            <w:shd w:val="clear" w:fill="DBE6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משימות</w:t>
            </w:r>
          </w:p>
        </w:tc>
        <w:tc>
          <w:tcPr>
            <w:tcW w:type="dxa" w:w="2606"/>
            <w:shd w:val="clear" w:fill="DBE6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בסוף היום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יום 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פתיחה וחלוקת תפקידים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מפגש עם כל המשתתפים: מה הטקס, מה הרעיון, למה "אור של יחד" • חלוקת תפקידים לפי רצון (ההשתתפות מרצון) • חלוקת דפי טקסט לכל תפקיד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לכל משתתף/ת יש תפקיד ודף טקסט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יום 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קריאה ראשונה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קריאה של כל התסריט ברצף, בישיבה • תיאום עם המורה למוזיקה על השירים • בקשת אישור מהנהלה לתאריך ולאולם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כולם שמעו את הטקס מתחילתו ועד סופו; האולם הוזמן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יום 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מדליקים וקריינים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כל מדליק/ת בוחר/ת ניסוח סופי למשפט הערך • קריינים מסמנים נשימות והדגשות • צוות תפאורה מתחיל לאסוף חומרים ממוחזרים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משפטי הערכים סגורים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יום 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מערכון – חזרה ראשונה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חזרה על המערכון עם הטקסט ביד • קביעת כניסות, יציאות ותנועה • רשימת תלבושות ואביזרים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המערכון רץ מההתחלה ועד הסוף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יום 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מקהלה וקריאה קולית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חזרת מקהלה על השירים • תרגול הקריאה הקולית בקבוצות א׳ ו־ב׳ • בניית המצגת – טיוטה ראשונה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המקהלה שרה את כל השירים יחד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יום 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חזרה על הבמה – חלק א׳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חזרה באולם על הפתיחה, כסלו והסיפור • סימון מקומות על הרצפה • בדיקת מיקרופונים ראשונה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הפתיחה רצה על הבמה עם מיקרופונים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יום 7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חזרה על הבמה – חלק ב׳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חזרה על הדלקת שמונת הנרות עם המתגים • חזרה על המערכון בלי דפים • תרגול המעבר מימין לשמאל של המדליקים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טקס ההדלקה זורם בלי עצירות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יום 8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סאונד, אור ושקופיות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חזרה טכנית: כל צליל, כל שינוי אור וכל שקופית לפי התסריט • בדיקת נרות LED וסוללות רזרביות • הכנת פתקי התודה וקופסת התודה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התסריט הטכני מסומן ונבדק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יום 9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חזרה גנרלית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ריצה מלאה עם תלבושות, תאורה ומוזיקה ומדידת זמן • רשימת תיקונים קטנים • שליחת ההזמנה למשפחות (אם עוד לא נשלחה)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הטקס רץ ברצף בתוך 25 דקות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יום 10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יום הטקס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הגעה מוקדמת, הקמת במה ובדיקה טכנית אחרונה • חזרה קצרה על הכניסות ועל המעברים • מעגל עידוד קצר עם כל המשתתפים לפני שהקהל נכנס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הטקס התקיים – ותודה לכל מי שהאיר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0B2A5B"/>
          <w:sz w:val="40"/>
          <w:rtl/>
          <w:szCs w:val="40"/>
          <w:bCs/>
        </w:rPr>
        <w:t>חלק ב׳ – רשימת בדיקה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סאונד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☐ מיקרופון קבוע לדוכן + 2 מיקרופונים אלחוטיים + מיקרופון אווירה למקהלה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☐ סוללות רזרביות לכל מיקרופון אלחוטי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☐ רשימת השמעה לפי הסדר, שמורה בשני מקומות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☐ בדיקת עוצמה מהשורה האחרונה באולם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תאורה ובטיחות נרות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☐ בתוך המבנה – נרות LED או נרות חשמליים בלבד, ללא אש גלויה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☐ בדיקה שכל נרות ה־LED פועלים, וסוללות רזרביות בהישג יד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☐ אם מדליקים נר אמיתי בחוץ – רק עם מבוגר/ת מהצוות ולפי הנחיות הבטיחות של בית הספר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☐ כבלים מודבקים לרצפה; אין כבלים במעברים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☐ מתגי התאורה מסומנים במדבקות צבעוניות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במה ותפאורה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☐ חנוכייה גדולה יציבה ומקובעת לשולחן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☐ כוכבי זהב מודבקים במקומות המדויקים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☐ שולחן המסורות מוכן מאחורי הקלעים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☐ פנסי הצנצנות מונחים במקום שלא ייפלו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☐ מסך ומקרן נבדקו עם המצגת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אנשים ואישורים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☐ אישור מנהל/ת בית הספר ורכז/ת החברתי/ת לתאריך ולמבנה הטקס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☐ הזמנת האולם ותיאום עם השרת/ית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☐ רשימת משתתפים וטלפון של אחראי/ת לכל צוות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☐ הסכמה לצילום – רק לפי הנחיות בית הספר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☐ תיאום עם המחנכות והמחנכים על שעת ההגעה של כל כיתה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נגישות והכלה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☐ מקומות שמורים לכיסאות גלגלים ולמי שמתקשים בהליכה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☐ טקסטים בגופן גדול לקריינים ולמדליקים שצריכים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☐ ניסוחים כוללניים: "מי שרוצים", "בני ובנות המשפחה"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☐ השתתפות מרצון בכל חלק – גם בברכות ובשירה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☐ עדכון מראש לתלמידים רגישים לרעש או לחושך על מה שיקרה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ביום הטקס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☐ הגעה שעה לפני הטקס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☐ בדיקה טכנית אחרונה של סאונד, אור, נרות ומצגת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☐ מים לקריינים ולמקהלה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☐ הפתקים, העטים וקופסת התודה אצל המארחים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☐ תסריט מסומן אצל המנחים, הטכנאים והמורה האחראי/ת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☐ אחרי הטקס: פירוק, החזרת ציוד, ותודה לכל המשתתפים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0B2A5B"/>
          <w:sz w:val="40"/>
          <w:rtl/>
          <w:szCs w:val="40"/>
          <w:bCs/>
        </w:rPr>
        <w:t>חלק ג׳ – תפאורה ממחזור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🕎 חנוכייה ענקית מגלילי קרטון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חומרים: 9 גלילי קרטון גדולים (מגלילי נייר או מבד), קרש או קופסת קרטון ארוכה לבסיס, צבע זהב ונייר כסף, 9 נרות LED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צבעו את הגלילים בזהב ואת הבסיס בכחול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הדביקו שמונה גלילים בשורה ואת גליל השמש גבוה יותר באמצע או בצד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הכניסו נר LED בראש כל גליל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קבעו את הבסיס לשולחן בסרט דביק חזק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🏮 פנסי צנצנות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חומרים: צנצנות זכוכית נקיות של ריבה או מלפפונים, נייר עפיפונים כחול וצהוב, דבק פלסטי מדולל במים, נורות LED קטנות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קרעו נייר עפיפונים לפיסות קטנות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הדביקו את הפיסות על הצנצנת בשכבה אחת בעזרת הדבק המדולל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תנו לייבוש של לילה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הכניסו נורת LED וסדרו את הצנצנות בשורה בחזית הבמה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🌀 סביבון ענק מקרטון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חומרים: קופסת קרטון מרובעת, גליל קרטון לידית, פקקי בקבוקים בצבעים, צבעים וטושים עבים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סגרו את הקופסה והדביקו את הגליל למעלה כידית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גזרו משולש מקרטון והדביקו מתחת לקופסה כחוד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ציירו על ארבעת הצדדים את האותיות נ, ג, ה, פ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קשטו את השוליים בפקקי בקבוקים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✨ שמי כוכבים מפקקים ומרדידי אלומיניום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חומרים: רדידי אלומיניום משומשים ונקיים, פקקי בקבוקים, חוט דייג או חוט צמר, קרטון שחור או כחול כהה גדול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גזרו כוכבים מקרטון וצפו אותם ברדיד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הדביקו פקק במרכז כל כוכב לנפח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תלו את הכוכבים בגבהים שונים מעל הבמה או הדביקו על הקרטון הכהה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הניחו את הקרטון כרקע מאחורי החנוכייה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🔗 שרשרת שמונה הערכים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חומרים: קרטוני דגני בוקר, צבעי כחול וזהב, חוט חבל, אטבי כביסה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גזרו 8 להבות גדולות מקרטוני הדגנים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כתבו על כל להבה ערך אחד ועטרו אותה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תלו את הלהבות על החבל באטבים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מתחו את השרשרת לרוחב הבמה, מעל המסך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🍩 שולחן מסורות מבקבוקים וקופסאות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חומרים: קופסאות ביצים, צלחות חד־פעמיות שהשתמשו בהן ונוקו, בד ישן כמפה, צבעים ונייר צבעוני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עצבו מקופסאות הביצים וממגבות נייר סופגניות, ספינג׳ ולביבות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צבעו והדביקו על הצלחות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כסו את השולחן במפת הבד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הוסיפו כרטיס קטן ליד כל מאכל: "יש מי שאוכלים..."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💛 לוח האור לפתקי התודה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חומרים: לוח שעם או קרטון גדול, שאריות נייר צבעוני, נעצים או סלוטייפ, טוש זהב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כתבו בראש הלוח "תודה שהארת לי"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ציירו חנוכייה גדולה במרכז הלוח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גזרו מסגרות קטנות בצורת להבה לפתקים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הציבו את הלוח במסדרון ותלו עליו את פתקי התודה אחרי הטקס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ערכת הפקה: לו״ז חזרות, צ׳ק-ליסט ותפאורה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